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7816" w:rsidRPr="00484A21" w:rsidRDefault="00484A21" w:rsidP="00484A21">
      <w:pPr>
        <w:shd w:val="clear" w:color="auto" w:fill="FFFFFF" w:themeFill="background1"/>
        <w:jc w:val="center"/>
        <w:rPr>
          <w:rFonts w:cs="Times New Roman"/>
        </w:rPr>
      </w:pPr>
      <w:r w:rsidRPr="00484A21">
        <w:rPr>
          <w:rFonts w:cs="Times New Roman"/>
          <w:b/>
          <w:sz w:val="28"/>
        </w:rPr>
        <w:t>AMFESD 2026</w:t>
      </w:r>
    </w:p>
    <w:p w:rsidR="003F7816" w:rsidRPr="00484A21" w:rsidRDefault="00484A21" w:rsidP="00484A21">
      <w:pPr>
        <w:shd w:val="clear" w:color="auto" w:fill="FFFFFF" w:themeFill="background1"/>
        <w:jc w:val="center"/>
        <w:rPr>
          <w:rFonts w:cs="Times New Roman"/>
        </w:rPr>
      </w:pPr>
      <w:r w:rsidRPr="00484A21">
        <w:rPr>
          <w:rFonts w:cs="Times New Roman"/>
          <w:b/>
          <w:sz w:val="26"/>
        </w:rPr>
        <w:t>FULL-LENGTH PAPER TEMPLATE</w:t>
      </w:r>
    </w:p>
    <w:p w:rsidR="003F7816" w:rsidRPr="00484A21" w:rsidRDefault="00484A21" w:rsidP="00484A21">
      <w:pPr>
        <w:shd w:val="clear" w:color="auto" w:fill="FFFFFF" w:themeFill="background1"/>
        <w:jc w:val="center"/>
        <w:rPr>
          <w:rFonts w:cs="Times New Roman"/>
        </w:rPr>
      </w:pPr>
      <w:r w:rsidRPr="00484A21">
        <w:rPr>
          <w:rFonts w:cs="Times New Roman"/>
          <w:i/>
        </w:rPr>
        <w:t>Single-Column Conference Paper Format</w:t>
      </w:r>
    </w:p>
    <w:p w:rsidR="003F7816" w:rsidRPr="00484A21" w:rsidRDefault="00484A21" w:rsidP="00484A21">
      <w:pPr>
        <w:shd w:val="clear" w:color="auto" w:fill="FFFFFF" w:themeFill="background1"/>
        <w:jc w:val="center"/>
        <w:rPr>
          <w:rFonts w:cs="Times New Roman"/>
        </w:rPr>
      </w:pPr>
      <w:r w:rsidRPr="00484A21">
        <w:rPr>
          <w:rFonts w:cs="Times New Roman"/>
          <w:b/>
          <w:sz w:val="32"/>
        </w:rPr>
        <w:t>[PAPER TITLE]</w:t>
      </w:r>
    </w:p>
    <w:p w:rsidR="003F7816" w:rsidRPr="00484A21" w:rsidRDefault="00484A21" w:rsidP="00484A21">
      <w:pPr>
        <w:shd w:val="clear" w:color="auto" w:fill="FFFFFF" w:themeFill="background1"/>
        <w:jc w:val="center"/>
        <w:rPr>
          <w:rFonts w:cs="Times New Roman"/>
        </w:rPr>
      </w:pPr>
      <w:r w:rsidRPr="00484A21">
        <w:rPr>
          <w:rFonts w:cs="Times New Roman"/>
          <w:b/>
        </w:rPr>
        <w:t>[Author 1], [Author 2], [Author 3]</w:t>
      </w:r>
    </w:p>
    <w:p w:rsidR="003F7816" w:rsidRPr="00484A21" w:rsidRDefault="00484A21" w:rsidP="00484A21">
      <w:pPr>
        <w:shd w:val="clear" w:color="auto" w:fill="FFFFFF" w:themeFill="background1"/>
        <w:jc w:val="center"/>
        <w:rPr>
          <w:rFonts w:cs="Times New Roman"/>
        </w:rPr>
      </w:pPr>
      <w:r w:rsidRPr="00484A21">
        <w:rPr>
          <w:rFonts w:cs="Times New Roman"/>
        </w:rPr>
        <w:t>Department / Institution, City, Country</w:t>
      </w:r>
    </w:p>
    <w:p w:rsidR="003F7816" w:rsidRPr="00484A21" w:rsidRDefault="00484A21" w:rsidP="00484A21">
      <w:pPr>
        <w:shd w:val="clear" w:color="auto" w:fill="FFFFFF" w:themeFill="background1"/>
        <w:jc w:val="center"/>
        <w:rPr>
          <w:rFonts w:cs="Times New Roman"/>
        </w:rPr>
      </w:pPr>
      <w:r w:rsidRPr="00484A21">
        <w:rPr>
          <w:rFonts w:cs="Times New Roman"/>
          <w:sz w:val="20"/>
        </w:rPr>
        <w:t>Corresponding Author: email@example.com</w:t>
      </w:r>
    </w:p>
    <w:p w:rsidR="003F7816" w:rsidRPr="00484A21" w:rsidRDefault="00484A21" w:rsidP="00484A21">
      <w:pPr>
        <w:pStyle w:val="Heading1"/>
        <w:shd w:val="clear" w:color="auto" w:fill="FFFFFF" w:themeFill="background1"/>
        <w:rPr>
          <w:rFonts w:ascii="Times New Roman" w:hAnsi="Times New Roman" w:cs="Times New Roman"/>
          <w:color w:val="auto"/>
        </w:rPr>
      </w:pPr>
      <w:r w:rsidRPr="00484A21">
        <w:rPr>
          <w:rFonts w:ascii="Times New Roman" w:hAnsi="Times New Roman" w:cs="Times New Roman"/>
          <w:color w:val="auto"/>
        </w:rPr>
        <w:t>ABSTRACT</w:t>
      </w:r>
    </w:p>
    <w:p w:rsidR="003F7816" w:rsidRPr="00484A21" w:rsidRDefault="00484A21" w:rsidP="00484A21">
      <w:pPr>
        <w:shd w:val="clear" w:color="auto" w:fill="FFFFFF" w:themeFill="background1"/>
        <w:jc w:val="both"/>
        <w:rPr>
          <w:rFonts w:cs="Times New Roman"/>
        </w:rPr>
      </w:pPr>
      <w:r w:rsidRPr="00484A21">
        <w:rPr>
          <w:rFonts w:cs="Times New Roman"/>
        </w:rPr>
        <w:t xml:space="preserve">[Write a concise abstract of </w:t>
      </w:r>
      <w:r w:rsidRPr="00484A21">
        <w:rPr>
          <w:rFonts w:cs="Times New Roman"/>
        </w:rPr>
        <w:t>approximately 200–300 words covering the background, objective, methodology, major findings and conclusions. Do not include references, tables, figures or equations in the abstract.]</w:t>
      </w:r>
    </w:p>
    <w:p w:rsidR="003F7816" w:rsidRPr="00484A21" w:rsidRDefault="00484A21" w:rsidP="00484A21">
      <w:pPr>
        <w:shd w:val="clear" w:color="auto" w:fill="FFFFFF" w:themeFill="background1"/>
        <w:rPr>
          <w:rFonts w:cs="Times New Roman"/>
        </w:rPr>
      </w:pPr>
      <w:r w:rsidRPr="00484A21">
        <w:rPr>
          <w:rFonts w:cs="Times New Roman"/>
          <w:b/>
        </w:rPr>
        <w:t xml:space="preserve">Keywords: </w:t>
      </w:r>
      <w:r w:rsidRPr="00484A21">
        <w:rPr>
          <w:rFonts w:cs="Times New Roman"/>
        </w:rPr>
        <w:t>[keyword 1]; [keyword 2]; [keyword 3]; [keyword 4]; [keyword 5]</w:t>
      </w:r>
    </w:p>
    <w:p w:rsidR="003F7816" w:rsidRPr="00484A21" w:rsidRDefault="00484A21" w:rsidP="00484A21">
      <w:pPr>
        <w:pStyle w:val="Heading1"/>
        <w:shd w:val="clear" w:color="auto" w:fill="FFFFFF" w:themeFill="background1"/>
        <w:rPr>
          <w:rFonts w:ascii="Times New Roman" w:hAnsi="Times New Roman" w:cs="Times New Roman"/>
          <w:color w:val="auto"/>
        </w:rPr>
      </w:pPr>
      <w:r w:rsidRPr="00484A21">
        <w:rPr>
          <w:rFonts w:ascii="Times New Roman" w:hAnsi="Times New Roman" w:cs="Times New Roman"/>
          <w:color w:val="auto"/>
        </w:rPr>
        <w:t>1. INTRODUCTION</w:t>
      </w:r>
    </w:p>
    <w:p w:rsidR="003F7816" w:rsidRPr="00484A21" w:rsidRDefault="00484A21" w:rsidP="00484A21">
      <w:pPr>
        <w:shd w:val="clear" w:color="auto" w:fill="FFFFFF" w:themeFill="background1"/>
        <w:jc w:val="both"/>
        <w:rPr>
          <w:rFonts w:cs="Times New Roman"/>
        </w:rPr>
      </w:pPr>
      <w:r w:rsidRPr="00484A21">
        <w:rPr>
          <w:rFonts w:cs="Times New Roman"/>
        </w:rPr>
        <w:t>[Introduce the research background, problem statement, significance, research gap, objectives and major contribution of the study</w:t>
      </w:r>
      <w:proofErr w:type="gramStart"/>
      <w:r w:rsidRPr="00484A21">
        <w:rPr>
          <w:rFonts w:cs="Times New Roman"/>
        </w:rPr>
        <w:t>.</w:t>
      </w:r>
      <w:r>
        <w:rPr>
          <w:rFonts w:cs="Times New Roman"/>
        </w:rPr>
        <w:t xml:space="preserve"> </w:t>
      </w:r>
      <w:proofErr w:type="gramEnd"/>
      <w:r w:rsidRPr="00484A21">
        <w:rPr>
          <w:rFonts w:cs="Times New Roman"/>
          <w:shd w:val="clear" w:color="auto" w:fill="B8CCE4" w:themeFill="accent1" w:themeFillTint="66"/>
        </w:rPr>
        <w:t>Times New Roman 11</w:t>
      </w:r>
      <w:r w:rsidRPr="00484A21">
        <w:rPr>
          <w:rFonts w:cs="Times New Roman"/>
        </w:rPr>
        <w:t>]</w:t>
      </w:r>
    </w:p>
    <w:p w:rsidR="003F7816" w:rsidRPr="00484A21" w:rsidRDefault="00484A21" w:rsidP="00484A21">
      <w:pPr>
        <w:pStyle w:val="Heading1"/>
        <w:shd w:val="clear" w:color="auto" w:fill="FFFFFF" w:themeFill="background1"/>
        <w:rPr>
          <w:rFonts w:ascii="Times New Roman" w:hAnsi="Times New Roman" w:cs="Times New Roman"/>
          <w:color w:val="auto"/>
        </w:rPr>
      </w:pPr>
      <w:r w:rsidRPr="00484A21">
        <w:rPr>
          <w:rFonts w:ascii="Times New Roman" w:hAnsi="Times New Roman" w:cs="Times New Roman"/>
          <w:color w:val="auto"/>
        </w:rPr>
        <w:t>2. LITERATURE REVIEW</w:t>
      </w:r>
    </w:p>
    <w:p w:rsidR="003F7816" w:rsidRPr="00484A21" w:rsidRDefault="00484A21" w:rsidP="00484A21">
      <w:pPr>
        <w:shd w:val="clear" w:color="auto" w:fill="FFFFFF" w:themeFill="background1"/>
        <w:jc w:val="both"/>
        <w:rPr>
          <w:rFonts w:cs="Times New Roman"/>
        </w:rPr>
      </w:pPr>
      <w:r w:rsidRPr="00484A21">
        <w:rPr>
          <w:rFonts w:cs="Times New Roman"/>
        </w:rPr>
        <w:t>[Review relevant previous research and clearly establish the research gap.]</w:t>
      </w:r>
    </w:p>
    <w:p w:rsidR="003F7816" w:rsidRPr="00484A21" w:rsidRDefault="00484A21" w:rsidP="00484A21">
      <w:pPr>
        <w:pStyle w:val="Heading2"/>
        <w:shd w:val="clear" w:color="auto" w:fill="FFFFFF" w:themeFill="background1"/>
        <w:rPr>
          <w:rFonts w:ascii="Times New Roman" w:hAnsi="Times New Roman" w:cs="Times New Roman"/>
          <w:color w:val="auto"/>
        </w:rPr>
      </w:pPr>
      <w:r w:rsidRPr="00484A21">
        <w:rPr>
          <w:rFonts w:ascii="Times New Roman" w:hAnsi="Times New Roman" w:cs="Times New Roman"/>
          <w:color w:val="auto"/>
        </w:rPr>
        <w:t>2.1 Subsec</w:t>
      </w:r>
      <w:r w:rsidRPr="00484A21">
        <w:rPr>
          <w:rFonts w:ascii="Times New Roman" w:hAnsi="Times New Roman" w:cs="Times New Roman"/>
          <w:color w:val="auto"/>
        </w:rPr>
        <w:t>tion</w:t>
      </w:r>
    </w:p>
    <w:p w:rsidR="003F7816" w:rsidRPr="00484A21" w:rsidRDefault="00484A21" w:rsidP="00484A21">
      <w:pPr>
        <w:shd w:val="clear" w:color="auto" w:fill="FFFFFF" w:themeFill="background1"/>
        <w:jc w:val="both"/>
        <w:rPr>
          <w:rFonts w:cs="Times New Roman"/>
        </w:rPr>
      </w:pPr>
      <w:r w:rsidRPr="00484A21">
        <w:rPr>
          <w:rFonts w:cs="Times New Roman"/>
        </w:rPr>
        <w:t>[Add relevant literature discussion here.]</w:t>
      </w:r>
    </w:p>
    <w:p w:rsidR="003F7816" w:rsidRPr="00484A21" w:rsidRDefault="00484A21" w:rsidP="00484A21">
      <w:pPr>
        <w:pStyle w:val="Heading1"/>
        <w:shd w:val="clear" w:color="auto" w:fill="FFFFFF" w:themeFill="background1"/>
        <w:rPr>
          <w:rFonts w:ascii="Times New Roman" w:hAnsi="Times New Roman" w:cs="Times New Roman"/>
          <w:color w:val="auto"/>
        </w:rPr>
      </w:pPr>
      <w:r w:rsidRPr="00484A21">
        <w:rPr>
          <w:rFonts w:ascii="Times New Roman" w:hAnsi="Times New Roman" w:cs="Times New Roman"/>
          <w:color w:val="auto"/>
        </w:rPr>
        <w:t>3. MATERIALS AND METHODOLOGY</w:t>
      </w:r>
    </w:p>
    <w:p w:rsidR="003F7816" w:rsidRPr="00484A21" w:rsidRDefault="00484A21" w:rsidP="00484A21">
      <w:pPr>
        <w:shd w:val="clear" w:color="auto" w:fill="FFFFFF" w:themeFill="background1"/>
        <w:jc w:val="both"/>
        <w:rPr>
          <w:rFonts w:cs="Times New Roman"/>
        </w:rPr>
      </w:pPr>
      <w:r w:rsidRPr="00484A21">
        <w:rPr>
          <w:rFonts w:cs="Times New Roman"/>
        </w:rPr>
        <w:t>[Describe materials, mix proportions, specimen preparation, experimental programme, testing procedures and data analysis.]</w:t>
      </w:r>
    </w:p>
    <w:p w:rsidR="003F7816" w:rsidRPr="00484A21" w:rsidRDefault="00484A21" w:rsidP="00484A21">
      <w:pPr>
        <w:pStyle w:val="Heading2"/>
        <w:shd w:val="clear" w:color="auto" w:fill="FFFFFF" w:themeFill="background1"/>
        <w:rPr>
          <w:rFonts w:ascii="Times New Roman" w:hAnsi="Times New Roman" w:cs="Times New Roman"/>
          <w:color w:val="auto"/>
        </w:rPr>
      </w:pPr>
      <w:r w:rsidRPr="00484A21">
        <w:rPr>
          <w:rFonts w:ascii="Times New Roman" w:hAnsi="Times New Roman" w:cs="Times New Roman"/>
          <w:color w:val="auto"/>
        </w:rPr>
        <w:t>3.1 Materials</w:t>
      </w:r>
    </w:p>
    <w:p w:rsidR="003F7816" w:rsidRPr="00484A21" w:rsidRDefault="00484A21" w:rsidP="00484A21">
      <w:pPr>
        <w:shd w:val="clear" w:color="auto" w:fill="FFFFFF" w:themeFill="background1"/>
        <w:jc w:val="both"/>
        <w:rPr>
          <w:rFonts w:cs="Times New Roman"/>
        </w:rPr>
      </w:pPr>
      <w:r w:rsidRPr="00484A21">
        <w:rPr>
          <w:rFonts w:cs="Times New Roman"/>
        </w:rPr>
        <w:t>[Describe materials, properties, sources a</w:t>
      </w:r>
      <w:r w:rsidRPr="00484A21">
        <w:rPr>
          <w:rFonts w:cs="Times New Roman"/>
        </w:rPr>
        <w:t>nd relevant standards.]</w:t>
      </w:r>
    </w:p>
    <w:p w:rsidR="003F7816" w:rsidRPr="00484A21" w:rsidRDefault="00484A21" w:rsidP="00484A21">
      <w:pPr>
        <w:pStyle w:val="Heading2"/>
        <w:shd w:val="clear" w:color="auto" w:fill="FFFFFF" w:themeFill="background1"/>
        <w:rPr>
          <w:rFonts w:ascii="Times New Roman" w:hAnsi="Times New Roman" w:cs="Times New Roman"/>
          <w:color w:val="auto"/>
        </w:rPr>
      </w:pPr>
      <w:r w:rsidRPr="00484A21">
        <w:rPr>
          <w:rFonts w:ascii="Times New Roman" w:hAnsi="Times New Roman" w:cs="Times New Roman"/>
          <w:color w:val="auto"/>
        </w:rPr>
        <w:t>3.2 Experimental Programme</w:t>
      </w:r>
    </w:p>
    <w:p w:rsidR="003F7816" w:rsidRPr="00484A21" w:rsidRDefault="00484A21" w:rsidP="00484A21">
      <w:pPr>
        <w:shd w:val="clear" w:color="auto" w:fill="FFFFFF" w:themeFill="background1"/>
        <w:jc w:val="both"/>
        <w:rPr>
          <w:rFonts w:cs="Times New Roman"/>
        </w:rPr>
      </w:pPr>
      <w:r w:rsidRPr="00484A21">
        <w:rPr>
          <w:rFonts w:cs="Times New Roman"/>
        </w:rPr>
        <w:t>[Describe specimen preparation, curing, testing and measurement procedures.]</w:t>
      </w:r>
    </w:p>
    <w:p w:rsidR="003F7816" w:rsidRPr="00484A21" w:rsidRDefault="00484A21" w:rsidP="00484A21">
      <w:pPr>
        <w:pStyle w:val="Heading1"/>
        <w:shd w:val="clear" w:color="auto" w:fill="FFFFFF" w:themeFill="background1"/>
        <w:rPr>
          <w:rFonts w:ascii="Times New Roman" w:hAnsi="Times New Roman" w:cs="Times New Roman"/>
          <w:color w:val="auto"/>
        </w:rPr>
      </w:pPr>
      <w:r w:rsidRPr="00484A21">
        <w:rPr>
          <w:rFonts w:ascii="Times New Roman" w:hAnsi="Times New Roman" w:cs="Times New Roman"/>
          <w:color w:val="auto"/>
        </w:rPr>
        <w:t>4. RESULTS AND DISCUSSION</w:t>
      </w:r>
    </w:p>
    <w:p w:rsidR="003F7816" w:rsidRPr="00484A21" w:rsidRDefault="00484A21" w:rsidP="00484A21">
      <w:pPr>
        <w:shd w:val="clear" w:color="auto" w:fill="FFFFFF" w:themeFill="background1"/>
        <w:jc w:val="both"/>
        <w:rPr>
          <w:rFonts w:cs="Times New Roman"/>
        </w:rPr>
      </w:pPr>
      <w:r w:rsidRPr="00484A21">
        <w:rPr>
          <w:rFonts w:cs="Times New Roman"/>
        </w:rPr>
        <w:t>[Present and interpret results using appropriate tables, figures and graphs.]</w:t>
      </w:r>
    </w:p>
    <w:p w:rsidR="003F7816" w:rsidRPr="00484A21" w:rsidRDefault="00484A21" w:rsidP="00484A21">
      <w:pPr>
        <w:pStyle w:val="Heading2"/>
        <w:shd w:val="clear" w:color="auto" w:fill="FFFFFF" w:themeFill="background1"/>
        <w:rPr>
          <w:rFonts w:ascii="Times New Roman" w:hAnsi="Times New Roman" w:cs="Times New Roman"/>
          <w:color w:val="auto"/>
        </w:rPr>
      </w:pPr>
      <w:r w:rsidRPr="00484A21">
        <w:rPr>
          <w:rFonts w:ascii="Times New Roman" w:hAnsi="Times New Roman" w:cs="Times New Roman"/>
          <w:color w:val="auto"/>
        </w:rPr>
        <w:t>4.1 Results</w:t>
      </w:r>
    </w:p>
    <w:p w:rsidR="003F7816" w:rsidRPr="00484A21" w:rsidRDefault="00484A21" w:rsidP="00484A21">
      <w:pPr>
        <w:shd w:val="clear" w:color="auto" w:fill="FFFFFF" w:themeFill="background1"/>
        <w:jc w:val="both"/>
        <w:rPr>
          <w:rFonts w:cs="Times New Roman"/>
        </w:rPr>
      </w:pPr>
      <w:r w:rsidRPr="00484A21">
        <w:rPr>
          <w:rFonts w:cs="Times New Roman"/>
        </w:rPr>
        <w:t>[Present maj</w:t>
      </w:r>
      <w:r w:rsidRPr="00484A21">
        <w:rPr>
          <w:rFonts w:cs="Times New Roman"/>
        </w:rPr>
        <w:t>or experimental or analytical results here.]</w:t>
      </w:r>
    </w:p>
    <w:p w:rsidR="003F7816" w:rsidRPr="00484A21" w:rsidRDefault="00484A21" w:rsidP="00484A21">
      <w:pPr>
        <w:pStyle w:val="Heading2"/>
        <w:shd w:val="clear" w:color="auto" w:fill="FFFFFF" w:themeFill="background1"/>
        <w:rPr>
          <w:rFonts w:ascii="Times New Roman" w:hAnsi="Times New Roman" w:cs="Times New Roman"/>
          <w:color w:val="auto"/>
        </w:rPr>
      </w:pPr>
      <w:r w:rsidRPr="00484A21">
        <w:rPr>
          <w:rFonts w:ascii="Times New Roman" w:hAnsi="Times New Roman" w:cs="Times New Roman"/>
          <w:color w:val="auto"/>
        </w:rPr>
        <w:t>4.2 Discussion</w:t>
      </w:r>
    </w:p>
    <w:p w:rsidR="003F7816" w:rsidRPr="00484A21" w:rsidRDefault="00484A21" w:rsidP="00484A21">
      <w:pPr>
        <w:shd w:val="clear" w:color="auto" w:fill="FFFFFF" w:themeFill="background1"/>
        <w:jc w:val="both"/>
        <w:rPr>
          <w:rFonts w:cs="Times New Roman"/>
        </w:rPr>
      </w:pPr>
      <w:r w:rsidRPr="00484A21">
        <w:rPr>
          <w:rFonts w:cs="Times New Roman"/>
        </w:rPr>
        <w:t>[Discuss trends, mechanisms, comparisons with previous studies and implications.]</w:t>
      </w:r>
    </w:p>
    <w:p w:rsidR="003F7816" w:rsidRPr="00484A21" w:rsidRDefault="00484A21" w:rsidP="00484A21">
      <w:pPr>
        <w:pStyle w:val="Heading1"/>
        <w:shd w:val="clear" w:color="auto" w:fill="FFFFFF" w:themeFill="background1"/>
        <w:rPr>
          <w:rFonts w:ascii="Times New Roman" w:hAnsi="Times New Roman" w:cs="Times New Roman"/>
          <w:color w:val="auto"/>
        </w:rPr>
      </w:pPr>
      <w:r w:rsidRPr="00484A21">
        <w:rPr>
          <w:rFonts w:ascii="Times New Roman" w:hAnsi="Times New Roman" w:cs="Times New Roman"/>
          <w:color w:val="auto"/>
        </w:rPr>
        <w:t>5. CONCLUSIONS</w:t>
      </w:r>
    </w:p>
    <w:p w:rsidR="003F7816" w:rsidRPr="00484A21" w:rsidRDefault="00484A21" w:rsidP="00484A21">
      <w:pPr>
        <w:shd w:val="clear" w:color="auto" w:fill="FFFFFF" w:themeFill="background1"/>
        <w:jc w:val="both"/>
        <w:rPr>
          <w:rFonts w:cs="Times New Roman"/>
        </w:rPr>
      </w:pPr>
      <w:r w:rsidRPr="00484A21">
        <w:rPr>
          <w:rFonts w:cs="Times New Roman"/>
        </w:rPr>
        <w:t>[Provide concise numbered conclusions directly supported by the results.]</w:t>
      </w:r>
    </w:p>
    <w:p w:rsidR="00484A21" w:rsidRDefault="00484A21" w:rsidP="00484A21">
      <w:pPr>
        <w:pStyle w:val="Heading1"/>
        <w:shd w:val="clear" w:color="auto" w:fill="FFFFFF" w:themeFill="background1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br w:type="page"/>
      </w:r>
    </w:p>
    <w:p w:rsidR="003F7816" w:rsidRPr="00484A21" w:rsidRDefault="00484A21" w:rsidP="00484A21">
      <w:pPr>
        <w:pStyle w:val="Heading1"/>
        <w:shd w:val="clear" w:color="auto" w:fill="FFFFFF" w:themeFill="background1"/>
        <w:rPr>
          <w:rFonts w:ascii="Times New Roman" w:hAnsi="Times New Roman" w:cs="Times New Roman"/>
          <w:color w:val="auto"/>
        </w:rPr>
      </w:pPr>
      <w:bookmarkStart w:id="0" w:name="_GoBack"/>
      <w:bookmarkEnd w:id="0"/>
      <w:r w:rsidRPr="00484A21">
        <w:rPr>
          <w:rFonts w:ascii="Times New Roman" w:hAnsi="Times New Roman" w:cs="Times New Roman"/>
          <w:color w:val="auto"/>
        </w:rPr>
        <w:lastRenderedPageBreak/>
        <w:t>REFERENCES</w:t>
      </w:r>
    </w:p>
    <w:p w:rsidR="003F7816" w:rsidRPr="00484A21" w:rsidRDefault="00484A21" w:rsidP="00484A21">
      <w:pPr>
        <w:shd w:val="clear" w:color="auto" w:fill="FFFFFF" w:themeFill="background1"/>
        <w:jc w:val="both"/>
        <w:rPr>
          <w:rFonts w:cs="Times New Roman"/>
        </w:rPr>
      </w:pPr>
      <w:r w:rsidRPr="00484A21">
        <w:rPr>
          <w:rFonts w:cs="Times New Roman"/>
        </w:rPr>
        <w:t xml:space="preserve">[Use a </w:t>
      </w:r>
      <w:r w:rsidRPr="00484A21">
        <w:rPr>
          <w:rFonts w:cs="Times New Roman"/>
        </w:rPr>
        <w:t>consistent numbered reference style.]</w:t>
      </w:r>
    </w:p>
    <w:p w:rsidR="003F7816" w:rsidRPr="00484A21" w:rsidRDefault="00484A21" w:rsidP="00484A21">
      <w:pPr>
        <w:shd w:val="clear" w:color="auto" w:fill="FFFFFF" w:themeFill="background1"/>
        <w:jc w:val="center"/>
        <w:rPr>
          <w:rFonts w:cs="Times New Roman"/>
        </w:rPr>
      </w:pPr>
      <w:r w:rsidRPr="00484A21">
        <w:rPr>
          <w:rFonts w:cs="Times New Roman"/>
          <w:b/>
          <w:sz w:val="20"/>
        </w:rPr>
        <w:t>Table 1. Example table format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6"/>
        <w:gridCol w:w="1806"/>
        <w:gridCol w:w="1806"/>
        <w:gridCol w:w="1806"/>
        <w:gridCol w:w="1806"/>
      </w:tblGrid>
      <w:tr w:rsidR="00484A21" w:rsidRPr="00484A21">
        <w:tc>
          <w:tcPr>
            <w:tcW w:w="1806" w:type="dxa"/>
          </w:tcPr>
          <w:p w:rsidR="003F7816" w:rsidRPr="00484A21" w:rsidRDefault="00484A21" w:rsidP="00484A21">
            <w:pPr>
              <w:shd w:val="clear" w:color="auto" w:fill="FFFFFF" w:themeFill="background1"/>
              <w:rPr>
                <w:rFonts w:cs="Times New Roman"/>
              </w:rPr>
            </w:pPr>
            <w:r w:rsidRPr="00484A21">
              <w:rPr>
                <w:rFonts w:cs="Times New Roman"/>
                <w:sz w:val="18"/>
              </w:rPr>
              <w:t>Mix</w:t>
            </w:r>
          </w:p>
        </w:tc>
        <w:tc>
          <w:tcPr>
            <w:tcW w:w="1806" w:type="dxa"/>
          </w:tcPr>
          <w:p w:rsidR="003F7816" w:rsidRPr="00484A21" w:rsidRDefault="00484A21" w:rsidP="00484A21">
            <w:pPr>
              <w:shd w:val="clear" w:color="auto" w:fill="FFFFFF" w:themeFill="background1"/>
              <w:rPr>
                <w:rFonts w:cs="Times New Roman"/>
              </w:rPr>
            </w:pPr>
            <w:r w:rsidRPr="00484A21">
              <w:rPr>
                <w:rFonts w:cs="Times New Roman"/>
                <w:sz w:val="18"/>
              </w:rPr>
              <w:t>Cement</w:t>
            </w:r>
          </w:p>
        </w:tc>
        <w:tc>
          <w:tcPr>
            <w:tcW w:w="1806" w:type="dxa"/>
          </w:tcPr>
          <w:p w:rsidR="003F7816" w:rsidRPr="00484A21" w:rsidRDefault="00484A21" w:rsidP="00484A21">
            <w:pPr>
              <w:shd w:val="clear" w:color="auto" w:fill="FFFFFF" w:themeFill="background1"/>
              <w:rPr>
                <w:rFonts w:cs="Times New Roman"/>
              </w:rPr>
            </w:pPr>
            <w:r w:rsidRPr="00484A21">
              <w:rPr>
                <w:rFonts w:cs="Times New Roman"/>
                <w:sz w:val="18"/>
              </w:rPr>
              <w:t>Water</w:t>
            </w:r>
          </w:p>
        </w:tc>
        <w:tc>
          <w:tcPr>
            <w:tcW w:w="1806" w:type="dxa"/>
          </w:tcPr>
          <w:p w:rsidR="003F7816" w:rsidRPr="00484A21" w:rsidRDefault="00484A21" w:rsidP="00484A21">
            <w:pPr>
              <w:shd w:val="clear" w:color="auto" w:fill="FFFFFF" w:themeFill="background1"/>
              <w:rPr>
                <w:rFonts w:cs="Times New Roman"/>
              </w:rPr>
            </w:pPr>
            <w:r w:rsidRPr="00484A21">
              <w:rPr>
                <w:rFonts w:cs="Times New Roman"/>
                <w:sz w:val="18"/>
              </w:rPr>
              <w:t>Fine Aggregate</w:t>
            </w:r>
          </w:p>
        </w:tc>
        <w:tc>
          <w:tcPr>
            <w:tcW w:w="1806" w:type="dxa"/>
          </w:tcPr>
          <w:p w:rsidR="003F7816" w:rsidRPr="00484A21" w:rsidRDefault="00484A21" w:rsidP="00484A21">
            <w:pPr>
              <w:shd w:val="clear" w:color="auto" w:fill="FFFFFF" w:themeFill="background1"/>
              <w:rPr>
                <w:rFonts w:cs="Times New Roman"/>
              </w:rPr>
            </w:pPr>
            <w:r w:rsidRPr="00484A21">
              <w:rPr>
                <w:rFonts w:cs="Times New Roman"/>
                <w:sz w:val="18"/>
              </w:rPr>
              <w:t>Coarse Aggregate</w:t>
            </w:r>
          </w:p>
        </w:tc>
      </w:tr>
      <w:tr w:rsidR="00484A21" w:rsidRPr="00484A21">
        <w:tc>
          <w:tcPr>
            <w:tcW w:w="1806" w:type="dxa"/>
          </w:tcPr>
          <w:p w:rsidR="003F7816" w:rsidRPr="00484A21" w:rsidRDefault="00484A21" w:rsidP="00484A21">
            <w:pPr>
              <w:shd w:val="clear" w:color="auto" w:fill="FFFFFF" w:themeFill="background1"/>
              <w:rPr>
                <w:rFonts w:cs="Times New Roman"/>
              </w:rPr>
            </w:pPr>
            <w:r w:rsidRPr="00484A21">
              <w:rPr>
                <w:rFonts w:cs="Times New Roman"/>
                <w:sz w:val="18"/>
              </w:rPr>
              <w:t>Control</w:t>
            </w:r>
          </w:p>
        </w:tc>
        <w:tc>
          <w:tcPr>
            <w:tcW w:w="1806" w:type="dxa"/>
          </w:tcPr>
          <w:p w:rsidR="003F7816" w:rsidRPr="00484A21" w:rsidRDefault="00484A21" w:rsidP="00484A21">
            <w:pPr>
              <w:shd w:val="clear" w:color="auto" w:fill="FFFFFF" w:themeFill="background1"/>
              <w:rPr>
                <w:rFonts w:cs="Times New Roman"/>
              </w:rPr>
            </w:pPr>
            <w:r w:rsidRPr="00484A21">
              <w:rPr>
                <w:rFonts w:cs="Times New Roman"/>
                <w:sz w:val="18"/>
              </w:rPr>
              <w:t>[ ]</w:t>
            </w:r>
          </w:p>
        </w:tc>
        <w:tc>
          <w:tcPr>
            <w:tcW w:w="1806" w:type="dxa"/>
          </w:tcPr>
          <w:p w:rsidR="003F7816" w:rsidRPr="00484A21" w:rsidRDefault="00484A21" w:rsidP="00484A21">
            <w:pPr>
              <w:shd w:val="clear" w:color="auto" w:fill="FFFFFF" w:themeFill="background1"/>
              <w:rPr>
                <w:rFonts w:cs="Times New Roman"/>
              </w:rPr>
            </w:pPr>
            <w:r w:rsidRPr="00484A21">
              <w:rPr>
                <w:rFonts w:cs="Times New Roman"/>
                <w:sz w:val="18"/>
              </w:rPr>
              <w:t>[ ]</w:t>
            </w:r>
          </w:p>
        </w:tc>
        <w:tc>
          <w:tcPr>
            <w:tcW w:w="1806" w:type="dxa"/>
          </w:tcPr>
          <w:p w:rsidR="003F7816" w:rsidRPr="00484A21" w:rsidRDefault="00484A21" w:rsidP="00484A21">
            <w:pPr>
              <w:shd w:val="clear" w:color="auto" w:fill="FFFFFF" w:themeFill="background1"/>
              <w:rPr>
                <w:rFonts w:cs="Times New Roman"/>
              </w:rPr>
            </w:pPr>
            <w:r w:rsidRPr="00484A21">
              <w:rPr>
                <w:rFonts w:cs="Times New Roman"/>
                <w:sz w:val="18"/>
              </w:rPr>
              <w:t>[ ]</w:t>
            </w:r>
          </w:p>
        </w:tc>
        <w:tc>
          <w:tcPr>
            <w:tcW w:w="1806" w:type="dxa"/>
          </w:tcPr>
          <w:p w:rsidR="003F7816" w:rsidRPr="00484A21" w:rsidRDefault="00484A21" w:rsidP="00484A21">
            <w:pPr>
              <w:shd w:val="clear" w:color="auto" w:fill="FFFFFF" w:themeFill="background1"/>
              <w:rPr>
                <w:rFonts w:cs="Times New Roman"/>
              </w:rPr>
            </w:pPr>
            <w:r w:rsidRPr="00484A21">
              <w:rPr>
                <w:rFonts w:cs="Times New Roman"/>
                <w:sz w:val="18"/>
              </w:rPr>
              <w:t>[ ]</w:t>
            </w:r>
          </w:p>
        </w:tc>
      </w:tr>
      <w:tr w:rsidR="00484A21" w:rsidRPr="00484A21">
        <w:tc>
          <w:tcPr>
            <w:tcW w:w="1806" w:type="dxa"/>
          </w:tcPr>
          <w:p w:rsidR="003F7816" w:rsidRPr="00484A21" w:rsidRDefault="00484A21" w:rsidP="00484A21">
            <w:pPr>
              <w:shd w:val="clear" w:color="auto" w:fill="FFFFFF" w:themeFill="background1"/>
              <w:rPr>
                <w:rFonts w:cs="Times New Roman"/>
              </w:rPr>
            </w:pPr>
            <w:r w:rsidRPr="00484A21">
              <w:rPr>
                <w:rFonts w:cs="Times New Roman"/>
                <w:sz w:val="18"/>
              </w:rPr>
              <w:t>M1</w:t>
            </w:r>
          </w:p>
        </w:tc>
        <w:tc>
          <w:tcPr>
            <w:tcW w:w="1806" w:type="dxa"/>
          </w:tcPr>
          <w:p w:rsidR="003F7816" w:rsidRPr="00484A21" w:rsidRDefault="00484A21" w:rsidP="00484A21">
            <w:pPr>
              <w:shd w:val="clear" w:color="auto" w:fill="FFFFFF" w:themeFill="background1"/>
              <w:rPr>
                <w:rFonts w:cs="Times New Roman"/>
              </w:rPr>
            </w:pPr>
            <w:r w:rsidRPr="00484A21">
              <w:rPr>
                <w:rFonts w:cs="Times New Roman"/>
                <w:sz w:val="18"/>
              </w:rPr>
              <w:t>[ ]</w:t>
            </w:r>
          </w:p>
        </w:tc>
        <w:tc>
          <w:tcPr>
            <w:tcW w:w="1806" w:type="dxa"/>
          </w:tcPr>
          <w:p w:rsidR="003F7816" w:rsidRPr="00484A21" w:rsidRDefault="00484A21" w:rsidP="00484A21">
            <w:pPr>
              <w:shd w:val="clear" w:color="auto" w:fill="FFFFFF" w:themeFill="background1"/>
              <w:rPr>
                <w:rFonts w:cs="Times New Roman"/>
              </w:rPr>
            </w:pPr>
            <w:r w:rsidRPr="00484A21">
              <w:rPr>
                <w:rFonts w:cs="Times New Roman"/>
                <w:sz w:val="18"/>
              </w:rPr>
              <w:t>[ ]</w:t>
            </w:r>
          </w:p>
        </w:tc>
        <w:tc>
          <w:tcPr>
            <w:tcW w:w="1806" w:type="dxa"/>
          </w:tcPr>
          <w:p w:rsidR="003F7816" w:rsidRPr="00484A21" w:rsidRDefault="00484A21" w:rsidP="00484A21">
            <w:pPr>
              <w:shd w:val="clear" w:color="auto" w:fill="FFFFFF" w:themeFill="background1"/>
              <w:rPr>
                <w:rFonts w:cs="Times New Roman"/>
              </w:rPr>
            </w:pPr>
            <w:r w:rsidRPr="00484A21">
              <w:rPr>
                <w:rFonts w:cs="Times New Roman"/>
                <w:sz w:val="18"/>
              </w:rPr>
              <w:t>[ ]</w:t>
            </w:r>
          </w:p>
        </w:tc>
        <w:tc>
          <w:tcPr>
            <w:tcW w:w="1806" w:type="dxa"/>
          </w:tcPr>
          <w:p w:rsidR="003F7816" w:rsidRPr="00484A21" w:rsidRDefault="00484A21" w:rsidP="00484A21">
            <w:pPr>
              <w:shd w:val="clear" w:color="auto" w:fill="FFFFFF" w:themeFill="background1"/>
              <w:rPr>
                <w:rFonts w:cs="Times New Roman"/>
              </w:rPr>
            </w:pPr>
            <w:r w:rsidRPr="00484A21">
              <w:rPr>
                <w:rFonts w:cs="Times New Roman"/>
                <w:sz w:val="18"/>
              </w:rPr>
              <w:t>[ ]</w:t>
            </w:r>
          </w:p>
        </w:tc>
      </w:tr>
    </w:tbl>
    <w:p w:rsidR="003F7816" w:rsidRPr="00484A21" w:rsidRDefault="00484A21" w:rsidP="00484A21">
      <w:pPr>
        <w:shd w:val="clear" w:color="auto" w:fill="FFFFFF" w:themeFill="background1"/>
        <w:jc w:val="center"/>
        <w:rPr>
          <w:rFonts w:cs="Times New Roman"/>
        </w:rPr>
      </w:pPr>
      <w:r w:rsidRPr="00484A21">
        <w:rPr>
          <w:rFonts w:cs="Times New Roman"/>
          <w:i/>
          <w:sz w:val="20"/>
        </w:rPr>
        <w:t>[INSERT HIGH-RESOLUTION FIGURE HERE]</w:t>
      </w:r>
    </w:p>
    <w:p w:rsidR="003F7816" w:rsidRPr="00484A21" w:rsidRDefault="00484A21" w:rsidP="00484A21">
      <w:pPr>
        <w:shd w:val="clear" w:color="auto" w:fill="FFFFFF" w:themeFill="background1"/>
        <w:jc w:val="center"/>
        <w:rPr>
          <w:rFonts w:cs="Times New Roman"/>
        </w:rPr>
      </w:pPr>
      <w:r w:rsidRPr="00484A21">
        <w:rPr>
          <w:rFonts w:cs="Times New Roman"/>
          <w:b/>
          <w:sz w:val="20"/>
        </w:rPr>
        <w:t>Figure 1. Example figure caption.</w:t>
      </w:r>
    </w:p>
    <w:p w:rsidR="003F7816" w:rsidRPr="00484A21" w:rsidRDefault="00484A21" w:rsidP="00484A21">
      <w:pPr>
        <w:shd w:val="clear" w:color="auto" w:fill="FFFFFF" w:themeFill="background1"/>
        <w:jc w:val="center"/>
        <w:rPr>
          <w:rFonts w:cs="Times New Roman"/>
        </w:rPr>
      </w:pPr>
      <w:r w:rsidRPr="00484A21">
        <w:rPr>
          <w:rFonts w:cs="Times New Roman"/>
        </w:rPr>
        <w:t xml:space="preserve">f_c = P / A           </w:t>
      </w:r>
      <w:r w:rsidRPr="00484A21">
        <w:rPr>
          <w:rFonts w:cs="Times New Roman"/>
        </w:rPr>
        <w:t xml:space="preserve">                           (1)</w:t>
      </w:r>
    </w:p>
    <w:p w:rsidR="003F7816" w:rsidRDefault="00484A21" w:rsidP="00484A21">
      <w:pPr>
        <w:shd w:val="clear" w:color="auto" w:fill="FFFFFF" w:themeFill="background1"/>
        <w:jc w:val="both"/>
        <w:rPr>
          <w:rFonts w:cs="Times New Roman"/>
        </w:rPr>
      </w:pPr>
      <w:proofErr w:type="gramStart"/>
      <w:r w:rsidRPr="00484A21">
        <w:rPr>
          <w:rFonts w:cs="Times New Roman"/>
        </w:rPr>
        <w:t>where</w:t>
      </w:r>
      <w:proofErr w:type="gramEnd"/>
      <w:r w:rsidRPr="00484A21">
        <w:rPr>
          <w:rFonts w:cs="Times New Roman"/>
        </w:rPr>
        <w:t xml:space="preserve"> f_c is the compressive strength, P is the maximum load and A is the cross-sectional area.</w:t>
      </w:r>
    </w:p>
    <w:p w:rsidR="00484A21" w:rsidRDefault="00484A21" w:rsidP="00484A21">
      <w:pPr>
        <w:shd w:val="clear" w:color="auto" w:fill="FFFFFF" w:themeFill="background1"/>
        <w:jc w:val="both"/>
        <w:rPr>
          <w:rFonts w:cs="Times New Roman"/>
        </w:rPr>
      </w:pPr>
    </w:p>
    <w:p w:rsidR="00484A21" w:rsidRDefault="00484A21" w:rsidP="00484A21">
      <w:pPr>
        <w:shd w:val="clear" w:color="auto" w:fill="FFFFFF" w:themeFill="background1"/>
        <w:jc w:val="both"/>
        <w:rPr>
          <w:rFonts w:cs="Times New Roman"/>
        </w:rPr>
      </w:pPr>
    </w:p>
    <w:p w:rsidR="00484A21" w:rsidRPr="00484A21" w:rsidRDefault="00484A21" w:rsidP="00484A21">
      <w:pPr>
        <w:shd w:val="clear" w:color="auto" w:fill="FFFFFF" w:themeFill="background1"/>
        <w:jc w:val="both"/>
        <w:rPr>
          <w:rFonts w:eastAsiaTheme="majorEastAsia" w:cs="Times New Roman"/>
          <w:b/>
          <w:bCs/>
          <w:sz w:val="24"/>
          <w:szCs w:val="28"/>
        </w:rPr>
      </w:pPr>
      <w:r w:rsidRPr="00484A21">
        <w:rPr>
          <w:rFonts w:eastAsiaTheme="majorEastAsia" w:cs="Times New Roman"/>
          <w:b/>
          <w:bCs/>
          <w:sz w:val="24"/>
          <w:szCs w:val="28"/>
        </w:rPr>
        <w:t>References:</w:t>
      </w:r>
    </w:p>
    <w:p w:rsidR="003F7816" w:rsidRPr="00484A21" w:rsidRDefault="00484A21" w:rsidP="00484A21">
      <w:pPr>
        <w:shd w:val="clear" w:color="auto" w:fill="FFFFFF" w:themeFill="background1"/>
        <w:jc w:val="both"/>
        <w:rPr>
          <w:rFonts w:cs="Times New Roman"/>
        </w:rPr>
      </w:pPr>
      <w:proofErr w:type="gramStart"/>
      <w:r w:rsidRPr="00484A21">
        <w:rPr>
          <w:rFonts w:cs="Times New Roman"/>
        </w:rPr>
        <w:t>[1] A. Author and B. Author, “Title of the journal article,” Journal Name, vol. 25, no. 3, pp. 120–132, 2025.</w:t>
      </w:r>
      <w:proofErr w:type="gramEnd"/>
    </w:p>
    <w:p w:rsidR="003F7816" w:rsidRPr="00484A21" w:rsidRDefault="00484A21" w:rsidP="00484A21">
      <w:pPr>
        <w:shd w:val="clear" w:color="auto" w:fill="FFFFFF" w:themeFill="background1"/>
        <w:jc w:val="both"/>
        <w:rPr>
          <w:rFonts w:cs="Times New Roman"/>
        </w:rPr>
      </w:pPr>
      <w:r w:rsidRPr="00484A21">
        <w:rPr>
          <w:rFonts w:cs="Times New Roman"/>
        </w:rPr>
        <w:t>[2] A. Author, Book</w:t>
      </w:r>
      <w:r w:rsidRPr="00484A21">
        <w:rPr>
          <w:rFonts w:cs="Times New Roman"/>
        </w:rPr>
        <w:t xml:space="preserve"> Title, 2nd ed. City: Publisher, 2024.</w:t>
      </w:r>
    </w:p>
    <w:p w:rsidR="003F7816" w:rsidRPr="00484A21" w:rsidRDefault="00484A21" w:rsidP="00484A21">
      <w:pPr>
        <w:shd w:val="clear" w:color="auto" w:fill="FFFFFF" w:themeFill="background1"/>
        <w:jc w:val="both"/>
        <w:rPr>
          <w:rFonts w:cs="Times New Roman"/>
        </w:rPr>
      </w:pPr>
      <w:r w:rsidRPr="00484A21">
        <w:rPr>
          <w:rFonts w:cs="Times New Roman"/>
        </w:rPr>
        <w:t>[3] A. Author, “Title of conference paper,” in Proceedings of the International Conference on ..., 2025, pp. 45–52.</w:t>
      </w:r>
    </w:p>
    <w:sectPr w:rsidR="003F7816" w:rsidRPr="00484A21" w:rsidSect="00484A21">
      <w:pgSz w:w="11909" w:h="16834"/>
      <w:pgMar w:top="709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F7816"/>
    <w:rsid w:val="00484A21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40" w:lineRule="auto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40" w:lineRule="auto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FEF24C2-448F-43B4-A627-6A6F22B288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331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2215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Arvind</cp:lastModifiedBy>
  <cp:revision>2</cp:revision>
  <dcterms:created xsi:type="dcterms:W3CDTF">2013-12-23T23:15:00Z</dcterms:created>
  <dcterms:modified xsi:type="dcterms:W3CDTF">2026-09-10T04:46:00Z</dcterms:modified>
  <cp:category/>
</cp:coreProperties>
</file>